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Oklahoma Short-Form Notarial Certificate Examples</w:t>
      </w:r>
    </w:p>
    <w:p>
      <w:r>
        <w:t>Source: Oklahoma Secretary of State Notary Public Guide (12/2025). Confirm current requirements before use. https://sos.ok.gov/forms/notary/NotaryPublicGuide.pdf</w:t>
      </w:r>
    </w:p>
    <w:p>
      <w:pPr>
        <w:pStyle w:val="Heading2"/>
      </w:pPr>
      <w:r>
        <w:t>Acknowledgment — Individual Capacity</w:t>
      </w:r>
    </w:p>
    <w:p>
      <w:r>
        <w:t>State of __________     County of __________</w:t>
      </w:r>
    </w:p>
    <w:p>
      <w:r>
        <w:t>This instrument was acknowledged before me on (date) by (name(s) of person(s)).</w:t>
      </w:r>
    </w:p>
    <w:p>
      <w:r>
        <w:t>Signature of notarial officer: ________________________________</w:t>
        <w:br/>
        <w:t>Seal (if any): _______    Title (and Rank): ______________</w:t>
        <w:br/>
        <w:t>My commission expires: __________   My commission #: __________</w:t>
      </w:r>
    </w:p>
    <w:p>
      <w:pPr>
        <w:pStyle w:val="Heading2"/>
      </w:pPr>
      <w:r>
        <w:t>Acknowledgment — Representative Capacity</w:t>
      </w:r>
    </w:p>
    <w:p>
      <w:r>
        <w:t>State of __________     County of __________</w:t>
      </w:r>
    </w:p>
    <w:p>
      <w:r>
        <w:t>This instrument was acknowledged before me on (date) by (name(s) of person(s)) as (type of authority, e.g., officer, trustee, etc.) of (name of party on behalf of whom instrument was executed).</w:t>
      </w:r>
    </w:p>
    <w:p>
      <w:r>
        <w:t>Signature of notarial officer: ________________________________</w:t>
        <w:br/>
        <w:t>Seal (if any): _______    Title (and Rank): ______________</w:t>
        <w:br/>
        <w:t>My commission expires: __________   My commission #: __________</w:t>
      </w:r>
    </w:p>
    <w:p>
      <w:pPr>
        <w:pStyle w:val="Heading2"/>
      </w:pPr>
      <w:r>
        <w:t>Verification Upon Oath or Affirmation</w:t>
      </w:r>
    </w:p>
    <w:p>
      <w:r>
        <w:t>State of __________     County of __________</w:t>
      </w:r>
    </w:p>
    <w:p>
      <w:r>
        <w:t>Signed and sworn to (or affirmed) before me on (date) by name(s) of person(s) making statement).</w:t>
      </w:r>
    </w:p>
    <w:p>
      <w:r>
        <w:t>Signature of notarial officer: ________________________________</w:t>
        <w:br/>
        <w:t>Seal (if any): _______    Title (and Rank): ______________</w:t>
        <w:br/>
        <w:t>My commission expires: __________   My commission #: __________</w:t>
      </w:r>
    </w:p>
    <w:p>
      <w:pPr>
        <w:pStyle w:val="Heading2"/>
      </w:pPr>
      <w:r>
        <w:t>Witnessing or Attesting a Signature</w:t>
      </w:r>
    </w:p>
    <w:p>
      <w:r>
        <w:t>State of __________     County of __________</w:t>
      </w:r>
    </w:p>
    <w:p>
      <w:r>
        <w:t>Signed or attested before me on (date) by (name(s) of (person(s)).</w:t>
      </w:r>
    </w:p>
    <w:p>
      <w:r>
        <w:t>Signature of notarial officer: ________________________________</w:t>
        <w:br/>
        <w:t>Seal (if any): _______    Title (and Rank): ______________</w:t>
        <w:br/>
        <w:t>My commission expires: __________   My commission #: __________</w:t>
      </w:r>
    </w:p>
    <w:p>
      <w:pPr>
        <w:pStyle w:val="Heading2"/>
      </w:pPr>
      <w:r>
        <w:t>Attestation of a Copy</w:t>
      </w:r>
    </w:p>
    <w:p>
      <w:r>
        <w:t>State of __________     County of __________</w:t>
      </w:r>
    </w:p>
    <w:p>
      <w:r>
        <w:t>I certify that this is a true and correct copy of a document in the possession of __________.</w:t>
        <w:br/>
        <w:t>Dated __________</w:t>
      </w:r>
    </w:p>
    <w:p>
      <w:r>
        <w:t>Signature of notarial officer: ________________________________</w:t>
        <w:br/>
        <w:t>Seal (if any): _______    Title (and Rank): ______________</w:t>
        <w:br/>
        <w:t>My commission expires: __________   My commission #: __________</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