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Oklahoma Recommended Notary Journal Page</w:t>
      </w:r>
    </w:p>
    <w:p>
      <w:r>
        <w:t>Traditional acts: journal recommended by SOS; RON requires a permanent tamper-evident electronic journal and audiovisual records. Source: https://sos.ok.gov/forms/notary/NotaryPublicGuide.pdf</w:t>
      </w:r>
    </w:p>
    <w:p>
      <w:pPr>
        <w:pStyle w:val="Heading2"/>
      </w:pPr>
      <w:r>
        <w:t>Notarial Act 1</w:t>
      </w:r>
    </w:p>
    <w:p>
      <w:r>
        <w:t>Date &amp; time: __________________________________________</w:t>
      </w:r>
    </w:p>
    <w:p>
      <w:r>
        <w:t>Type of act: __________________________________________</w:t>
      </w:r>
    </w:p>
    <w:p>
      <w:r>
        <w:t>Document description: __________________________________________</w:t>
      </w:r>
    </w:p>
    <w:p>
      <w:r>
        <w:t>Signer printed name and address: __________________________________________</w:t>
      </w:r>
    </w:p>
    <w:p>
      <w:r>
        <w:t>Signer signature: __________________________________________</w:t>
      </w:r>
    </w:p>
    <w:p>
      <w:r>
        <w:t>ID method / personally known: __________________________________________</w:t>
      </w:r>
    </w:p>
    <w:p>
      <w:r>
        <w:t>Location (city and county): __________________________________________</w:t>
      </w:r>
    </w:p>
    <w:p>
      <w:r>
        <w:t>Fee charged, if any: __________________________________________</w:t>
      </w:r>
    </w:p>
    <w:p>
      <w:r>
        <w:t>Personal notes: __________________________________________</w:t>
      </w:r>
    </w:p>
    <w:p>
      <w:pPr>
        <w:pStyle w:val="Heading2"/>
      </w:pPr>
      <w:r>
        <w:t>Notarial Act 2</w:t>
      </w:r>
    </w:p>
    <w:p>
      <w:r>
        <w:t>Date &amp; time: __________________________________________</w:t>
      </w:r>
    </w:p>
    <w:p>
      <w:r>
        <w:t>Type of act: __________________________________________</w:t>
      </w:r>
    </w:p>
    <w:p>
      <w:r>
        <w:t>Document description: __________________________________________</w:t>
      </w:r>
    </w:p>
    <w:p>
      <w:r>
        <w:t>Signer printed name and address: __________________________________________</w:t>
      </w:r>
    </w:p>
    <w:p>
      <w:r>
        <w:t>Signer signature: __________________________________________</w:t>
      </w:r>
    </w:p>
    <w:p>
      <w:r>
        <w:t>ID method / personally known: __________________________________________</w:t>
      </w:r>
    </w:p>
    <w:p>
      <w:r>
        <w:t>Location (city and county): __________________________________________</w:t>
      </w:r>
    </w:p>
    <w:p>
      <w:r>
        <w:t>Fee charged, if any: __________________________________________</w:t>
      </w:r>
    </w:p>
    <w:p>
      <w:r>
        <w:t>Personal notes: __________________________________________</w:t>
      </w:r>
    </w:p>
    <w:sectPr w:rsidR="00FC693F" w:rsidRPr="0006063C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